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העולמי – גיאוגרפיה של עולם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הבנה של מושגי יסוד כמו גלובליזציה, מעבר דמוגרפי והגירה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טענות נכונות ולא נכונות בנושאי אוכלוסייה ועיור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לנמק ולהסביר תהליכים גיאוגרפיים וחברתיים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בדרך כלל התמותה יורדת קודם, והילודה יורדת בשלב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עליית מחירי הדיור בשכונה משתפרת עלולה להרחיק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מושג מטאפורי לתיאור עולם מקושר, לא מקום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קיימת הגירה הפוכה מערים לכפרים אצל חלק מהאוכלוסייה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המדד בוחן שלושה מרכיבים: הכנסה, חינוך ותוחלת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גלובליזציה משנה הרגלי צריכה, שפה ותרבות ברחבי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אי שוויון מרחבי קיים גם בתוך מדינה אחת, בין אזורים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לא נכון – ישנם סוגי הגירה נוספים, כולל בין מדינות עשירות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לא נכון – פליט בורח מסכנה ואילו מהגר עבודה עוזב מרצון לצורך השתכרות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נכון – רוב אוכלוסיית העולם מתגוררת כיום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11. לא נכון – טוקיו עדיין נחשבת לאזור העירוני המאוכלס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12. נכון – בסיס רחב מראה אחוז גבוה של ילדים צעירים באוכלוסייה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שינוי לאורך זמן בשיעורי הילודה והתמותה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שיפור שכונה שעלול לדחוק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הכנסה, חינוך ותוחלת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פליט בורח מסכנה, מהגר עבודה עובר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שיעורי ילודה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גם בין מדינות וגם בתוך מדינה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ג׳נטריפיקציה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הפיתוח האנושי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(שינוי בשיעורי ילודה ותמותה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(שיפור שכונה הדוחק תושבים ותיקים)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(קישור כלכלי ותרבותי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(הבדלים ברמת החיים בין אזורים)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(שילוב של הכנסה, חינוך ותוחלת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הביטוי מתאר עולם מקושר בזכות טכנולוגיה ותקשורת, לא כפר פיזי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שימוש במילים לועזיות או הפצת סרטים ומוזיקה ברחבי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לאורך זמן בשיעורי הילודה והתמותה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פליט בורח מסכנה, מהגר עבודה עובר מרצון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ברמת חיים בין אזורים או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המשמעות של 'כפר עולמי'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פליט למהגר עבודה בעזרת דוגמאות מהחדשות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העולמי – גיאוגרפיה של עולם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 מפתח מתחום הגיאוגרפיה האנושית: מעבר דמוגרפי, גלובליזציה, הגירה, עיור ואי שוויון מרחבי. התרגול מבוסס על משפטי נכון/לא נכון שנלמדו ביחידות השונות.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במעבר הדמוגרפי הילודה יורדת לפני התמותה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ג׳נטריפיקציה עלולה לדחוק תושבים ותיקים מהשכונה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העולמי הוא כפר אמיתי שבו גרים כל 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של אוכלוסייה מעיר לכפר אינה קיימת במציאות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הפיתוח האנושי משלב גם חינוך ותוחלת חיים, לא רק הכנסה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גם על התרבות והשפה, לא רק על הכלכלה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קיים רק בין מדינות, לא בתוך 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מהגרים עוברים תמיד ממדינה ענייה למדינה עשירה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9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פליט הוא גם מהגר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חיים בעולם יותר אנשים בערים מאשר בכפרים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ג׳קרטה עקפה את טוקיו והייתה ב-2025 העיר המאוכלסת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גילאים רחבה בבסיסה מעידה על שיעורי ילודה גבוהים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מעבר 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שינוי במבנה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לאורך זמן בשיעורי הילודה והתמותה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אנשים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בגבולות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ג׳נטריפיקציה?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שיפור שכונה שעלול לדחוק תושבים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ירידה באוכלוסיית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מפעל 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 מדד הפיתוח האנושי?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הכנסה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הכנסה, חינוך ותוחלת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גודל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ההבדל בין פליט למהגר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פליט בורח מסכנה, מהגר עבודה עובר מרצון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פליט תמיד עשיר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מהגר עבודה תמיד חוזר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מעיד בסיס רחב בפירמידת גילאים?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ילודה נמוכים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אוכלוסייה מזדקנת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ילודה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תוחלת חיים גבוהה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קיים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בתוך 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בין מדינות וגם בתוך 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קיים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שבו העולם הופך למקושר יותר בכלכלה ובתרבות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שיפור שכונה שעלול לדחוק תושבים ותיקים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שנאלץ לברוח ממדינתו בשל סכנה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המדד הבודק הכנסה, חינוך ותוחלת חיים נקרא מדד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תהליך גידול אוכלוסיית הערים לעומת הכפרים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דמוגרפי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הבדלים ברמת החיים בין אזורים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ג׳נטריפיקציה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שילוב של הכנסה, חינוך ותוחלת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שינוי בשיעורי ילודה ותמותה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קישור כלכלי ותרבותי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מדד הפיתוח האנושי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שיפור שכונה הדוחק תושבים ותיקים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הביטוי 'כפר עולמי' הוא מטאפורה ולא תיאור של מקום אמיתי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להשפעת הגלובליזציה על התרבות או השפה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מעבר דמוגרפי?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פליט למהגר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 שוויון מרחבי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הכפר העולמי – גיאוגרפיה של עולם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