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הכפר העולמי – גיאוגרפיה של עולם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הבנה של מושגי יסוד כמו גלובליזציה, מעבר דמוגרפי והגירה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טענות נכונות ולא נכונות בנושאי אוכלוסייה ועיור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היכולת לנמק ולהסביר תהליכים גיאוגרפיים וחברתיים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בדרך כלל התמותה יורדת קודם, והילודה יורדת בשלב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עליית מחירי הדיור בשכונה משתפרת עלולה להרחיק תושבים ותיקים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מושג מטאפורי לתיאור עולם מקושר, לא מקום פיזי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המדד בוחן שלושה מרכיבים: הכנסה, חינוך ותוחלת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גלובליזציה משנה הרגלי צריכה, שפה ותרבות ברחבי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שינוי לאורך זמן בשיעורי הילודה והתמותה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שיפור שכונה שעלול לדחוק תושבים ותיקים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הכנסה, חינוך ותוחלת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ג׳נטריפיקציה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פליט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(שינוי בשיעורי ילודה ותמותה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(שיפור שכונה הדוחק תושבים ותיקים)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(קישור כלכלי ותרבותי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(הבדלים ברמת החיים בין אזורים)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הביטוי מתאר עולם מקושר בזכות טכנולוגיה ותקשורת, לא כפר פיזי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שינוי לאורך זמן בשיעורי הילודה והתמותה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פליט בורח מסכנה, מהגר עבודה עובר מרצון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ברמת חיים בין אזורים או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המשמעות של 'כפר עולמי'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ההבחנה בין פליט למהגר עבודה בעזרת דוגמאות מהחדשות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הכפר העולמי – גיאוגרפיה של עולם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 מפתח מתחום הגיאוגרפיה האנושית: מעבר דמוגרפי, גלובליזציה, הגירה, עיור ואי שוויון מרחבי. התרגול מבוסס על משפטי נכון/לא נכון שנלמדו ביחידות השונות.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ג׳נטריפיקציה  ·  פליט  ·  גלובליזציה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במעבר הדמוגרפי הילודה יורדת לפני התמותה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ג׳נטריפיקציה עלולה לדחוק תושבים ותיקים מהשכונה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הכפר העולמי הוא כפר אמיתי שבו גרים כל בני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מדד הפיתוח האנושי משלב גם חינוך ותוחלת חיים, לא רק הכנסה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גלובליזציה משפיעה גם על התרבות והשפה, לא רק על הכלכלה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מעבר דמוגרפי?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שינוי במבנה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שינוי לאורך זמן בשיעורי הילודה והתמותה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מעבר אנשים בין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ג׳נטריפיקציה?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בניית כביש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שיפור שכונה שעלול לדחוק תושבים ותיקים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ירידה באוכלוסיית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בודק מדד הפיתוח האנושי?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הכנסה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הכנסה, חינוך ותוחלת 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תהליך שבו העולם הופך למקושר יותר בכלכלה ובתרבות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שיפור שכונה שעלול לדחוק תושבים ותיקים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אדם שנאלץ לברוח ממדינתו בשל סכנה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מעבר דמוגרפי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קישור כלכלי ותרבותי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ג׳נטריפיקציה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שינוי בשיעורי ילודה ותמותה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הבדלים ברמת החיים בין אזורים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 שוויון מרחבי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שיפור שכונה הדוחק תושבים ותיקים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הביטוי 'כפר עולמי' הוא מטאפורה ולא תיאור של מקום אמיתי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מעבר דמוגרפי?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פליט למהגר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הכפר העולמי – גיאוגרפיה של עולם משתנה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